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פריסה חודשית של מסע המורשת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המסע לאורך ארבעת השבועות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השיעורים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הנושא המרכזי של 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שבוע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בשבוע הראשון לומדים על מר חשוון וותן טל ומטר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תחנות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(חודש בלי 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(מחכים לגשם)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(תיבה קשת ומסע)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(לב שאכפת 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 חשוון - חודש בלי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ותן טל ומטר - מחכים לגשם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תיבת נח והקשת - שומרים על כל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 אמנו - לב שאכפת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תחנה ויסביר בקצרה את הסיבה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שבועות, 8 שיעורים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 חשוון - חודש בלי חגים, ותן טל ומטר - בקשת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סיכום המסע בתערוכה וחגיגה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טבלת השבועות על הלוח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תחנה לדוגמה אישית מחיי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כהכנה לפרויקט המסע המשפחתי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פריסה חודשית של מסע המורשת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התוכנית בנויה מארבעה שבועות, ובכל שבוע שני שיעורים. כל תחנה עוסקת בנושא אחר הקשור למורשת ולמסע המשפחתי.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התוכנית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שיעורים יש בכל שבוע בתוכנית?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דקות אורך כל 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שבוע לומדים על נח ולך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שבוע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שבוע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שבוע 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שיעור בתוכנית נמשך 45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בשבוע הראשון לומדים על רחל אמנו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תחנות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מר 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תיבה קשת ומסע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ותן טל ומטר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חודש בלי חגים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נח ולך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לב שאכפת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רחל אמנו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מחכים לגשם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נכון של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אמנו - לב שאכפת 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 חשוון - חודש בלי חגים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ותן טל ומטר - מחכים לגשם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תיבת נח והקשת - שומרים על כל החיים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על התחנה שהכי מעניינת אתכם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שבועות ושיעורים יש בתוכנית?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מר חשוון לוותן טל ומטר?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פריסה חודשית של מסע המורשת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