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פריסה חודשית של מסע המורשת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תחנות המסע לאורך ארבעת השבועות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את השיעורים לפי הרצף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הנושא המרכזי של כל תחנה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התוכנית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45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שבוע 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ותן טל ומטר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שיעור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תערוכה וחגיגת סיום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בתוכנית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בשבוע הראשון לומדים על מר חשוון וותן טל ומטר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שיעור 3 ושיעור 4 עוסקים 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חג הסיגד בשיעור 7, התחנה האחרונה היא תחנת הבית בשיעור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נכתב בתוכנית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תחנות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(חודש בלי חגים)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(מחכים לגשם)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(תיבה קשת ומסע)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(לב שאכפת 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(כמיהה לירושלים)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(תערוכה וחגיגת סיום)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 נכון של התחנות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מר חשוון - חודש בלי חגים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ותן טל ומטר - מחכים לגשם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תיבת נח והקשת - שומרים על כל החיים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לך לך - יוצאים לדרך ופותחים את האוהל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רחל אמנו - לב שאכפת 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חג הסיגד - כמיהה לירושלים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יבחר תחנה ויסביר בקצרה את הסיבה לבחירה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תלמיד יתאר תערוכה, הצגת עבודות, שיתוף סיפורים משפחתיים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4 שבועות, 8 שיעורים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מר חשוון - חודש בלי חגים, ותן טל ומטר - בקשת 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סיכום המסע בתערוכה וחגיגה משותפת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טבלת השבועות על הלוח לפני תחילת הפעילות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כל תחנה לדוגמה אישית מחיי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בחלק הפתוח כהכנה לפרויקט המסע המשפחתי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פריסה חודשית של מסע המורשת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תוכנית עם ארבעה שבועות. בכל שבוע לומדים שני שיעורים. כל שיעור הוא על נושא אחר.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ארוכה עם תחנות שונות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מורשת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דברים שעוברים מדור לדור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תחנה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נקודה בדרך בה עוצרים וללומדים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צורת צבעים בשמיים אחרי הגשם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תיבה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ארגז גדול שבו נח שמר על בעלי החיים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כמיהה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געגוע חזק וחיכיה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הבטחה בין שני צדדים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כוח פנימי להתמודד עם קשיים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התוכנית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שיעורים יש בשבוע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זמן נמשך שיעור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לומדים על נח ולך לך?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שבוע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שבוע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שבוע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שבוע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נושא קשור לגשם?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 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ותן טל ומטר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רחל אמנו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חג הסיגד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מתחילים לעבוד על פרויקט המשפחה?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שיעור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שיעור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שיעור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שיעור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קורה בסוף התוכנית?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יוצאים למסע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מבקשים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תערוכה וחגיגת 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פותחים אוהל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שיעור בתוכנית נמשך 45 דקות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בשבוע הראשון לומדים על רחל אמנו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התחנה נח ולך לך מופיעה בשני שיעורים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הוא התחנה האחרונה בתוכנית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לשנות את סדר התחנות לפי לוח השנה של בית הספר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התאמת תחנות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מר חשוון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כמיהה לירושלים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ותן טל ומטר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תערוכה וחגיגת סיום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נח ולך לך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מחכים לגשם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רחל אמנו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תיבה קשת ומסע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חג הסיגד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לב שאכפת 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המסע של המשפחה שלי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חודש בלי חגים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 נכון של התחנות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לך לך - יוצאים לדרך ופותחים את האוהל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 חשוון - חודש בלי חגים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רחל אמנו - לב שאכפת לו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- כמיהה לירושלים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תיבת נח והקשת - שומרים על כל החיים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ותן טל ומטר - מחכים לגשם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 על התחנה שהכי מעניינת אתכם ומדוע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מה לדעתכם יקרה בתחנת הבית - התערוכה וחגיגת הסיום של המסע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שבועות ושיעורים יש בתוכנית?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מר חשוון לוותן טל ומטר?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המטרה של תחנת הבית בסוף התוכנית?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פריסה חודשית של מסע המורשת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