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פריסה חודשית של 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המסע לאורך ארבעת השבועות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השיעורים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הנושא המרכזי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שבוע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ותן טל 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שיעור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תערוכה וחגיגת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בשבוע הראשון לומדים על מר חשוון וותן טל 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שיעור 3 ושיעור 4 עוסקים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חג הסיגד בשיעור 7, התחנה האחרונה היא תחנת הבית בשיעור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בתוכנית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תחנות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(חודש בלי 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(מחכים לגשם)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(תיבה קשת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(לב שאכפת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(כמיהה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(תערוכה וחגיגת סיום)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 חשוון - חודש בלי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ותן טל ומטר - מחכים לגשם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תיבת נח והקשת - שומרים על כל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לך לך - יוצאים לדרך ופותחים את האוהל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רחל אמנו - לב שאכפת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חג הסיגד - כמיהה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תחנה ויסביר בקצרה את הסיבה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יתאר תערוכה, הצגת עבודות, שיתוף סיפורים משפחתיים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שבועות, 8 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 חשוון - חודש בלי חגים, ותן טל ומטר - בקשת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סיכום המסע בתערוכה וחגיגה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השבועות על הלוח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תחנה לדוגמה אישית מחיי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כהכנה לפרויקט המסע המשפחתי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פריסה חודשית של 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התוכנית בנויה מארבעה שבועות, ובכל שבוע שני שיעורים. כל תחנה עוסקת בנושא אחר הקשור למורשת ולמסע המשפחתי.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שיעורים יש בכל שבוע בתוכנית?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אורך כל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שבוע לומדים על נח ולך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תחנה עוסקת בבקשת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ותן טל 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רחל אמנו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שיעור מתחילים לעבוד על המסע של המשפחה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בשיעור האחרון בתוכנית?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יוצאים למסע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מבקשים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תערוכה וחגיגת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פותחים אוהל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שיעור בתוכנית נמשך 45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הראשון לומדים על רחל אמנו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התחנה נח ולך לך מופיעה בשני שיעורים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התחנה האחרונה בתוכנית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לשנות את סדר התחנות לפי לוח השנה של 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תחנות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לב שאכפת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ותן טל 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תיבה קשת ומסע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נח ולך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תערוכה וחגיגת סיום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רחל אמנו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כמיהה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חודש בלי 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המסע של המשפחה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מחכים לגשם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לך לך - יוצאים לדרך ופותחים את האוהל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תיבת נח והקשת - שומרים על כל 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- כמיהה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ותן טל ומטר - מחכים לגשם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חשוון - חודש בלי חגים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- לב שאכפת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התחנה שהכי מעניינת אתכם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מה לדעתכם יקרה בתחנת הבית - התערוכה וחגיגת הסיום של המסע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שבועות ושיעורים יש בתוכנית?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 חשוון לוותן טל ומטר?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תחנת הבית בסוף התוכנית?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פריסה חודשית של מסע המורשת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